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התפתחות הדמות והעלילה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שם המספר ושורשים במילים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שאני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השנייה.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כתבה אותו מחדש בפעם הרביעית.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(מוזר, לא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(נעות בקלות, בלי להיתקע)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(צחק צחוק קטן וחלש)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(הטתה את גופה ונתמכה)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 סודר)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לשון: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שלוש דקות (מונה), בפעם השלישית (סודר)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שלא נעלמה בגלל הגמגום, אלא עמדה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של דיבור מול קהל לפני קריאת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הלשוני, כדאי לכתוב דוגמאות נוספות מהטקסט על הלוח להמחשה.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(skip_n).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מספר על הדר, נערה המתמודדת עם גמגום לפני נאום בכיתה. דרך הסיפור נתרגל הבנת הנקרא, אוצר מילים ונושאים מתחום הלשון.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עקיפות  ·  תקע  ·  לנאום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הדר אמורה לנאום?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שאני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אמור להימשך הנאום?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הדר בחרה לנאום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הדר מגמגמת בעיקר במילים שמתחילות באות ב׳ או פ׳.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הדר כתבה את הנאום פעם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לעמוד מול קהל ולדבר דברים שהוכנו מראש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דרכים לא ישירות להגיע למטרה נקראות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צחק צחוק קטן וחלש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מחליקות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הטתה את גופה ונתמכה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נעות בקלות, בלי להיתקע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נשענה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מוזר, לא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לשון: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שלוש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בפעם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שלושים ושניים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בפעם הרביעית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לשון: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"נתקע"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המילה שהדר בחרה לנאום עליה?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מספר מונה אחד ושם מספר סודר אחד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דקות של אומץ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