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דקות של אומץ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התפתחות הדמות והעלילה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שם המספר ושורשים במילים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שאני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מישהו צחקק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"יש לי גמגום, אבל מה שיש לי להגיד שווה את הזמן"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השנייה.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כתבה אותו מחדש בפעם הרביעית.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בפסקה השלישית.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בפסקה השישית.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בוערות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(מוזר, לא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(נעות בקלות, בלי להיתקע)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(צחק צחוק קטן וחלש)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(הטתה את גופה ונתמכה)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(מספר 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סודר)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לשון: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שלוש דקות (מונה), בפעם השלישית (סודר)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שלא נעלמה בגלל הגמגום, אלא עמדה מול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חוויות של דיבור מול קהל לפני קריאת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הלשוני, כדאי לכתוב דוגמאות נוספות מהטקסט על הלוח להמחשה.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כקשים (skip_n).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דקות של אומץ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ילדה בשם הדר. יש לה גמגום, וקשה לה לדבר מול הכיתה. נתרגל להבין את הסיפור ולהכיר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לנאום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מול קהל דברים שהוכנו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דרכים לא ישירות להגיע למטרה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מוזר, לא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מחליקות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נעות בקלות, בלי להיתקע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התארך והתהדק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צחקק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צחק צחוק קטן וחלש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בוערות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חמות מאוד, כמו באש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הטתה את גופה ונתמכה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הדר צריכה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שאני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האהוב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הנאום?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איזו מילה הדר דיברה?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כשהדר נתקעה?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מחאו כפיים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צחקק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יצאה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הדר ישבה במקומה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דיברה עם הדר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הדר אמרה כשהיא נתקעה?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"אני לא רוצה לדבר"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"יש לי גמגום, אבל מה שיש לי להגיד שווה את הזמן"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"תנו לי לשבת"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"אני לא מוכנה"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 מגמגמת בעיקר במילים שמתחילות באות ב׳ או פ׳.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 כתבה את הנאום פעם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 בחרה במילה "בית" כי היא מזכירה לה את הבית של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סיפרה להדר שגם היא מפחדת לדבר מול קהל.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לעמוד מול קהל ולדבר דברים שהוכנו מראש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דרכים לא ישירות להגיע למטרה נקראות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הדר הרגישה שהלחיים שלה __________, כאילו דולקות באש.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השקט בכיתה __________ כמו גומייה.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הטתה את גופה ונתמכה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מחליקות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צחק צחוק קטן וחלש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צחקק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נעות בקלות, בלי להיתקע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מוזר, לא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בפעם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שלושים ושניים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בפעם הרביעית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לשון: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"סופרת"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"נתקע"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"נשענה"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המילה שהדר בחרה לנאום עליה?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מספר מונה אחד ושם מספר סודר אחד מהטקסט.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ה"הצלחה האמיתית" של הדר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 דקות של אומץ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