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 דקות של אומץ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התפתחות הדמות והעלילה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מילים חדשות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שם המספר ושורשים במילים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שאני אוהבת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מישהו צחקק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"יש לי גמגום, אבל מה שיש לי להגיד שווה את הזמן"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השנייה.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כתבה אותו מחדש בפעם הרביעית.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בפסקה השלישית.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בפסקה השישית.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לנאום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עקיפות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בוערות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נמתח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(מוזר, לא 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(נעות בקלות, בלי להיתקע)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(צחק צחוק קטן וחלש)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(הטתה את גופה ונתמכה)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לשון: שם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(מספר 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(מספר סודר)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(מספר 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(מספר סודר)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לשון: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שען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שלוש דקות (מונה), בפעם השלישית (סודר)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שלא נעלמה בגלל הגמגום, אלא עמדה מול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חוויות של דיבור מול קהל לפני קריאת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הלשוני, כדאי לכתוב דוגמאות נוספות מהטקסט על הלוח להמחשה.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לדלג על הפריטים המסומנים כקשים (skip_n).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 דקות של אומץ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מספר על הדר, נערה המתמודדת עם גמגום לפני נאום בכיתה. דרך הסיפור נתרגל הבנת הנקרא, אוצר מילים ונושאים מתחום הלשון.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הדר אמורה לנאום?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שאני אוהבת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המשפחה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חלום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הספר האהוב עליי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אמור להימשך הנאום?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הדר בחרה לנאום עליה?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כשהדר נתקעה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מחאו כפיים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מישהו צחקק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יצאה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הדר ישבה במקומה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ניגשה להדר בהפסקה ולחשה לה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הדר אמרה לכיתה כשהתקשתה לדבר?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"אני לא רוצה לדבר"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"יש לי גמגום, אבל מה שיש לי להגיד שווה את הזמן"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"תנו לי לשבת"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"אני לא מוכנה"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 מגמגמת בעיקר במילים שמתחילות באות ב׳ או פ׳.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 כתבה את הנאום פעם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 בחרה במילה "בית" כי היא מזכירה לה את הבית של סבתא.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סיפרה להדר שגם היא מפחדת לדבר מול קהל.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לעמוד מול קהל ולדבר דברים שהוכנו מראש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דרכים לא ישירות להגיע למטרה נקראות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הדר הרגישה שהלחיים שלה __________, כאילו דולקות באש.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השקט בכיתה __________ כמו גומייה.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הטתה את גופה ונתמכה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מחליקות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צחק צחוק קטן וחלש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צחקק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נעות בקלות, בלי להיתקע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נשענה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מוזר, לא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לשון: שם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שלוש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סודר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בפעם השלישית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שלושים ושניים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 סודר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בפעם הרביעית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לשון: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"סופרת"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"נתקע"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המילה "נשענה"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המילה שהדר בחרה לנאום עליה?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מספר מונה אחד ושם מספר סודר אחד מהטקסט.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ה"הצלחה האמיתית" של הדר לדעתכם?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שלוש דקות של אומץ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